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אחריות</w:t>
      </w:r>
    </w:p>
    <w:p>
      <w:pPr>
        <w:bidi/>
        <w:jc w:val="right"/>
      </w:pPr>
      <w:r>
        <w:rPr>
          <w:rFonts w:ascii="Arial" w:hAnsi="Arial" w:cs="Arial"/>
          <w:sz w:val="24"/>
          <w:rtl/>
          <w:szCs w:val="24"/>
        </w:rPr>
        <w:t>• 🎯 מטרה: לתרגל את ערך השבוע "אחריות"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חט״ב ותיכון</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ג – לעמוד במה שהבטחנו, לדאוג לדברים ולאנשים ולתקן כשטעינו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ד – להתייחס לכל אדם, וגם לעצמנו, כבעל ערך, גם כשאנחנו שונים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ב – לתת לאחר את מלוא תשומת הלב, להבין אותו ולא רק לחכות לתורנו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א – לעשות את מה שנכון או חשוב לנו, גם כשמפחדים</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אחריות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חצי שקל (המחברת 10.5 שקלים)</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אחריות – דף תרגול</w:t>
      </w:r>
    </w:p>
    <w:p>
      <w:pPr>
        <w:bidi/>
        <w:jc w:val="right"/>
      </w:pPr>
      <w:r>
        <w:rPr>
          <w:rFonts w:ascii="Arial" w:hAnsi="Arial" w:cs="Arial"/>
          <w:color w:val="555577"/>
          <w:sz w:val="24"/>
          <w:rtl/>
          <w:szCs w:val="24"/>
        </w:rPr>
        <w:t>ערך השבוע: אחריות – לעמוד במה שהבטחנו, לדאוג לדברים ולאנשים ולתקן כשטעינו.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דניאל שבר בטעות את הרמקול של חבר במסיבה. אף אחד לא ראה, והוא יכול פשוט לשתוק. מצד שני, החבר יחפש מי עשה את זה. מה עולה לנו לקחת אחריות, ומה עולה לנו לא לקחת?</w:t>
      </w:r>
    </w:p>
    <w:p>
      <w:pPr>
        <w:bidi/>
        <w:jc w:val="right"/>
      </w:pPr>
      <w:r>
        <w:rPr>
          <w:rFonts w:ascii="Arial" w:hAnsi="Arial" w:cs="Arial"/>
          <w:sz w:val="24"/>
          <w:rtl/>
          <w:szCs w:val="24"/>
        </w:rPr>
        <w:t>1. מה ההבדל בין אחריות לבין אשמה?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צריך לספר על טעות שאף אחד לא ראה?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על מה כל אחד מאיתנו אחראי בכיתה ובחברה?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4.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"אחריות"?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להודות בטעות קטנה ולתקן אותה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להגיש משימה אחת בזמן בלי תזכורת</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לקבל על עצמי תפקיד אחד בכיתה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אחריות</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לעשות את מה שנכון או חשוב לנו, גם כשמפחדים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כבוד</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לתת לאחר את מלוא תשומת הלב, להבין אותו ולא רק לחכות לתורנו</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הקשבה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לעמוד במה שהבטחנו, לדאוג לדברים ולאנשים ולתקן כשטעינו</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להתייחס לכל אדם, וגם לעצמנו, כבעל ערך, גם כשאנחנו שונים</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"________ מתחילה במילים "אני אטפל בזה""</w:t>
      </w:r>
    </w:p>
    <w:p>
      <w:pPr>
        <w:bidi/>
        <w:jc w:val="right"/>
      </w:pPr>
      <w:r>
        <w:rPr>
          <w:rFonts w:ascii="Arial" w:hAnsi="Arial" w:cs="Arial"/>
          <w:sz w:val="24"/>
          <w:rtl/>
          <w:szCs w:val="24"/>
        </w:rPr>
        <w:t>2. 🧩 חידה: מחברת ועט עולים יחד 11 שקלים. המחברת יקרה מהעט ב-10 שקלים בדיוק. כמה עולה העט?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להגיש משימה אחת בזמן בלי תזכורת · לקבל על עצמי תפקיד אחד בכיתה · להודות בטעות קטנה ולתקן אותה</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אחריות?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באחריות, בלי שביקשו?</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אחריות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