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סבלנות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"סבלנות"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סבלנות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wait / ждать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patience / терпение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line, queue / очередь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slowly / медленно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סבלנות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סבלנות זה לחכות בשקט. דברים טובים לוקחים זמן.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 · ждать · መጠበቅ · ينتظر · attendre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patience · терпение · ትዕግስት · صبر · patience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line, queue · очередь · ሰልፍ · طابور · file d'attente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slowly · медленно · ቀስ ብሎ · ببطء · lentement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לחכות  |  סבלנות  |  תור  |  לאט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patience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סבלנות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לחכות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wait / ждать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patience / терпение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line, queue / очередь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slowly / медленно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סבלנות זה ________ בשקט. דברים טובים לוקחים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"לחכות".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מתי קשה לכם לחכות?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לחכות לתור שלי בלי להידחף / לספור עד חמש לפני שאני כועס או כועסת)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סבלנות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