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סבלנות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"סבלנות"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⏳ סבלנות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בְּסַבְלָנוּת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סבלנות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⏳ 🐢 🌱  משפט השבוע: מְחַכִּים בְּסַבְלָנוּת – וְזֶה מַגִּיעַ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שֶׁהִבְטַחְנוּ  |  בְּסַבְלָנוּת  |  מְדַבְּרִים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"מְחַכִּים בְּסַבְלָנוּת – וְזֶה מַגִּיעַ"?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🎒 אחריות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⏳ סבלנות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לחכות לתור שלי בלי להידחף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לספור עד חמש לפני שאני כועס או כועסת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מְחַכִּים ________ – וְזֶה מַגִּיעַ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מתי קשה לכם לחכות?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לחכות לתור שלי בלי להידחף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סבלנות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